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509A7" w14:textId="77777777" w:rsidR="005C6F1C" w:rsidRDefault="00000000">
      <w:pPr>
        <w:spacing w:after="80"/>
      </w:pPr>
      <w:r>
        <w:rPr>
          <w:b/>
          <w:sz w:val="24"/>
        </w:rPr>
        <w:t>WYMAGANIA EDUKACYJNE DLA KLASY I</w:t>
      </w:r>
    </w:p>
    <w:p w14:paraId="001566D3" w14:textId="77777777" w:rsidR="005C6F1C" w:rsidRDefault="00000000">
      <w:pPr>
        <w:keepNext/>
        <w:spacing w:before="240"/>
      </w:pPr>
      <w:r>
        <w:rPr>
          <w:b/>
          <w:sz w:val="23"/>
        </w:rPr>
        <w:t>1. Edukacja polonistyczna</w:t>
      </w:r>
    </w:p>
    <w:p w14:paraId="50166F90" w14:textId="77777777" w:rsidR="005C6F1C" w:rsidRDefault="00000000">
      <w:pPr>
        <w:keepNext/>
        <w:spacing w:after="60"/>
      </w:pPr>
      <w:r>
        <w:t>Uczeń kończący klasę I:</w:t>
      </w:r>
    </w:p>
    <w:p w14:paraId="07C2C906" w14:textId="77777777" w:rsidR="005C6F1C" w:rsidRDefault="00000000">
      <w:pPr>
        <w:pStyle w:val="Listapunktowana"/>
        <w:ind w:left="504"/>
      </w:pPr>
      <w:r>
        <w:t>wypowiada się na tematy z najbliższego otoczenia poprawnie zbudowanymi zdaniami pojedynczymi,</w:t>
      </w:r>
    </w:p>
    <w:p w14:paraId="56A6A6E5" w14:textId="77777777" w:rsidR="005C6F1C" w:rsidRDefault="00000000">
      <w:pPr>
        <w:pStyle w:val="Listapunktowana"/>
        <w:ind w:left="504"/>
      </w:pPr>
      <w:r>
        <w:t>uczestniczy w rozmowach, uważnie słucha innych i czeka na swoją kolej,</w:t>
      </w:r>
    </w:p>
    <w:p w14:paraId="525D967A" w14:textId="77777777" w:rsidR="005C6F1C" w:rsidRDefault="00000000">
      <w:pPr>
        <w:pStyle w:val="Listapunktowana"/>
        <w:ind w:left="504"/>
      </w:pPr>
      <w:r>
        <w:t>zadaje proste pytania do wysłuchanego tekstu lub ilustracji,</w:t>
      </w:r>
    </w:p>
    <w:p w14:paraId="6B62A6C0" w14:textId="77777777" w:rsidR="005C6F1C" w:rsidRDefault="00000000">
      <w:pPr>
        <w:pStyle w:val="Listapunktowana"/>
        <w:ind w:left="504"/>
      </w:pPr>
      <w:r>
        <w:t>wypowiada się na temat wysłuchanego utworu lub audiobooka i wskazuje głównych bohaterów,</w:t>
      </w:r>
    </w:p>
    <w:p w14:paraId="42A40B30" w14:textId="77777777" w:rsidR="005C6F1C" w:rsidRDefault="00000000">
      <w:pPr>
        <w:pStyle w:val="Listapunktowana"/>
        <w:ind w:left="504"/>
      </w:pPr>
      <w:r>
        <w:t>omawia ilustracje i infografiki,</w:t>
      </w:r>
    </w:p>
    <w:p w14:paraId="2A4DF898" w14:textId="77777777" w:rsidR="005C6F1C" w:rsidRDefault="00000000">
      <w:pPr>
        <w:pStyle w:val="Listapunktowana"/>
        <w:ind w:left="504"/>
      </w:pPr>
      <w:r>
        <w:t>opowiada historyjki obrazkowe z zachowaniem kolejności wydarzeń,</w:t>
      </w:r>
    </w:p>
    <w:p w14:paraId="0C46B5FD" w14:textId="77777777" w:rsidR="005C6F1C" w:rsidRDefault="00000000">
      <w:pPr>
        <w:pStyle w:val="Listapunktowana"/>
        <w:ind w:left="504"/>
      </w:pPr>
      <w:r>
        <w:t>formułuje i zapisuje proste życzenia oraz podziękowania według wzoru,</w:t>
      </w:r>
    </w:p>
    <w:p w14:paraId="0FC06B6D" w14:textId="77777777" w:rsidR="005C6F1C" w:rsidRDefault="00000000">
      <w:pPr>
        <w:pStyle w:val="Listapunktowana"/>
        <w:ind w:left="504"/>
      </w:pPr>
      <w:r>
        <w:t>dba o kulturę wypowiedzi,</w:t>
      </w:r>
    </w:p>
    <w:p w14:paraId="63E5F722" w14:textId="77777777" w:rsidR="005C6F1C" w:rsidRDefault="00000000">
      <w:pPr>
        <w:pStyle w:val="Listapunktowana"/>
        <w:ind w:left="504"/>
      </w:pPr>
      <w:r>
        <w:t>recytuje z pamięci krótkie wiersze i rymowanki,</w:t>
      </w:r>
    </w:p>
    <w:p w14:paraId="0846B895" w14:textId="77777777" w:rsidR="005C6F1C" w:rsidRDefault="00000000">
      <w:pPr>
        <w:pStyle w:val="Listapunktowana"/>
        <w:ind w:left="504"/>
      </w:pPr>
      <w:r>
        <w:t>słucha ze zrozumieniem poleceń nauczyciela i wykonuje je,</w:t>
      </w:r>
    </w:p>
    <w:p w14:paraId="1C23EED1" w14:textId="77777777" w:rsidR="005C6F1C" w:rsidRDefault="00000000">
      <w:pPr>
        <w:pStyle w:val="Listapunktowana"/>
        <w:ind w:left="504"/>
      </w:pPr>
      <w:r>
        <w:t>odwzorowuje wzory literopodobne, dbając o prawidłowy chwyt narzędzia pisarskiego,</w:t>
      </w:r>
    </w:p>
    <w:p w14:paraId="298D94BB" w14:textId="77777777" w:rsidR="005C6F1C" w:rsidRDefault="00000000">
      <w:pPr>
        <w:pStyle w:val="Listapunktowana"/>
        <w:ind w:left="504"/>
      </w:pPr>
      <w:r>
        <w:t>zna, odróżnia i zapisuje poznane litery alfabetu (drukowane i pisane, małe i wielkie),</w:t>
      </w:r>
    </w:p>
    <w:p w14:paraId="378F8461" w14:textId="77777777" w:rsidR="005C6F1C" w:rsidRDefault="00000000">
      <w:pPr>
        <w:pStyle w:val="Listapunktowana"/>
        <w:ind w:left="504"/>
      </w:pPr>
      <w:r>
        <w:t>poprawnie łączy litery w wyrazach i mieści pismo w liniaturze,</w:t>
      </w:r>
    </w:p>
    <w:p w14:paraId="17D64ACB" w14:textId="77777777" w:rsidR="005C6F1C" w:rsidRDefault="00000000">
      <w:pPr>
        <w:pStyle w:val="Listapunktowana"/>
        <w:ind w:left="504"/>
      </w:pPr>
      <w:r>
        <w:t>czytelnie i poprawnie przepisuje proste wyrazy oraz krótkie zdania,</w:t>
      </w:r>
    </w:p>
    <w:p w14:paraId="13000126" w14:textId="77777777" w:rsidR="005C6F1C" w:rsidRDefault="00000000">
      <w:pPr>
        <w:pStyle w:val="Listapunktowana"/>
        <w:ind w:left="504"/>
      </w:pPr>
      <w:r>
        <w:t>pisze z pamięci i ze słuchu proste wyrazy o pisowni zgodnej z brzmieniem,</w:t>
      </w:r>
    </w:p>
    <w:p w14:paraId="0238D983" w14:textId="77777777" w:rsidR="005C6F1C" w:rsidRDefault="00000000">
      <w:pPr>
        <w:pStyle w:val="Listapunktowana"/>
        <w:ind w:left="504"/>
      </w:pPr>
      <w:r>
        <w:t>układa wyrazy z sylab i liter oraz zdania z rozsypanki wyrazowej,</w:t>
      </w:r>
    </w:p>
    <w:p w14:paraId="59FD2DBC" w14:textId="77777777" w:rsidR="005C6F1C" w:rsidRDefault="00000000">
      <w:pPr>
        <w:pStyle w:val="Listapunktowana"/>
        <w:ind w:left="504"/>
      </w:pPr>
      <w:r>
        <w:t>czyta na głos proste teksty techniką całościową lub sylabową ze zrozumieniem,</w:t>
      </w:r>
    </w:p>
    <w:p w14:paraId="60D07983" w14:textId="77777777" w:rsidR="005C6F1C" w:rsidRDefault="00000000">
      <w:pPr>
        <w:pStyle w:val="Listapunktowana"/>
        <w:ind w:left="504"/>
      </w:pPr>
      <w:r>
        <w:t>prezentuje w kilku zdaniach przeczytaną książkę,</w:t>
      </w:r>
    </w:p>
    <w:p w14:paraId="38D27CDE" w14:textId="77777777" w:rsidR="005C6F1C" w:rsidRDefault="00000000">
      <w:pPr>
        <w:pStyle w:val="Listapunktowana"/>
        <w:ind w:left="504"/>
      </w:pPr>
      <w:r>
        <w:t>odróżnia wiersz od tekstu pisanego prozą,</w:t>
      </w:r>
    </w:p>
    <w:p w14:paraId="7E0D2829" w14:textId="77777777" w:rsidR="005C6F1C" w:rsidRDefault="00000000">
      <w:pPr>
        <w:pStyle w:val="Listapunktowana"/>
        <w:ind w:left="504"/>
      </w:pPr>
      <w:r>
        <w:t>rozróżnia samogłoski i spółgłoski oraz wskazuje różnicę między głoską a literą,</w:t>
      </w:r>
    </w:p>
    <w:p w14:paraId="59CAB317" w14:textId="77777777" w:rsidR="005C6F1C" w:rsidRDefault="00000000">
      <w:pPr>
        <w:pStyle w:val="Listapunktowana"/>
        <w:ind w:left="504"/>
      </w:pPr>
      <w:r>
        <w:t>dzieli słowa na sylaby i głoski,</w:t>
      </w:r>
    </w:p>
    <w:p w14:paraId="50455F7B" w14:textId="77777777" w:rsidR="005C6F1C" w:rsidRDefault="00000000">
      <w:pPr>
        <w:pStyle w:val="Listapunktowana"/>
        <w:ind w:left="504"/>
      </w:pPr>
      <w:r>
        <w:t>rozróżnia zdania oznajmujące, pytające i rozkazujące,</w:t>
      </w:r>
    </w:p>
    <w:p w14:paraId="106CE1A1" w14:textId="77777777" w:rsidR="005C6F1C" w:rsidRDefault="00000000">
      <w:pPr>
        <w:pStyle w:val="Listapunktowana"/>
        <w:ind w:left="504"/>
      </w:pPr>
      <w:r>
        <w:t>stosuje wielką literę na początku zdania oraz w imionach, a na końcu stawia kropkę, pytajnik lub wykrzyknik,</w:t>
      </w:r>
    </w:p>
    <w:p w14:paraId="3C189F33" w14:textId="77777777" w:rsidR="005C6F1C" w:rsidRDefault="00000000">
      <w:pPr>
        <w:pStyle w:val="Listapunktowana"/>
        <w:ind w:left="504"/>
      </w:pPr>
      <w:r>
        <w:t>dba o poprawność ortograficzną w zapisie podstawowych wyrazów.</w:t>
      </w:r>
    </w:p>
    <w:p w14:paraId="17A04CD5" w14:textId="77777777" w:rsidR="005C6F1C" w:rsidRDefault="00000000">
      <w:pPr>
        <w:keepNext/>
        <w:spacing w:before="240"/>
      </w:pPr>
      <w:r>
        <w:rPr>
          <w:b/>
          <w:sz w:val="23"/>
        </w:rPr>
        <w:t>2. Edukacja matematyczna</w:t>
      </w:r>
    </w:p>
    <w:p w14:paraId="7BB05108" w14:textId="77777777" w:rsidR="005C6F1C" w:rsidRDefault="00000000">
      <w:pPr>
        <w:keepNext/>
        <w:spacing w:after="60"/>
      </w:pPr>
      <w:r>
        <w:t>Uczeń kończący klasę I:</w:t>
      </w:r>
    </w:p>
    <w:p w14:paraId="36218EF3" w14:textId="77777777" w:rsidR="005C6F1C" w:rsidRDefault="00000000">
      <w:pPr>
        <w:pStyle w:val="Listapunktowana"/>
        <w:ind w:left="504"/>
      </w:pPr>
      <w:r>
        <w:t>rozpoznaje i nazywa podstawowe figury geometryczne: koło, kwadrat, trójkąt, prostokąt,</w:t>
      </w:r>
    </w:p>
    <w:p w14:paraId="4075E19C" w14:textId="77777777" w:rsidR="005C6F1C" w:rsidRDefault="00000000">
      <w:pPr>
        <w:pStyle w:val="Listapunktowana"/>
        <w:ind w:left="504"/>
      </w:pPr>
      <w:r>
        <w:t>kreśli odcinki i figury za pomocą linijki w zeszycie w kratkę,</w:t>
      </w:r>
    </w:p>
    <w:p w14:paraId="055CF5A4" w14:textId="77777777" w:rsidR="005C6F1C" w:rsidRDefault="00000000">
      <w:pPr>
        <w:pStyle w:val="Listapunktowana"/>
        <w:ind w:left="504"/>
      </w:pPr>
      <w:r>
        <w:t>prawidłowo stosuje określenia położenia w przestrzeni i na płaszczyźnie,</w:t>
      </w:r>
    </w:p>
    <w:p w14:paraId="5A48517E" w14:textId="77777777" w:rsidR="005C6F1C" w:rsidRDefault="00000000">
      <w:pPr>
        <w:pStyle w:val="Listapunktowana"/>
        <w:ind w:left="504"/>
      </w:pPr>
      <w:r>
        <w:t>wskazuje prawą i lewą stronę oraz koduje prostą trasę strzałkami,</w:t>
      </w:r>
    </w:p>
    <w:p w14:paraId="236B4277" w14:textId="77777777" w:rsidR="005C6F1C" w:rsidRDefault="00000000">
      <w:pPr>
        <w:pStyle w:val="Listapunktowana"/>
        <w:ind w:left="504"/>
      </w:pPr>
      <w:r>
        <w:t>porządkuje i klasyfikuje przedmioty według podanej cechy,</w:t>
      </w:r>
    </w:p>
    <w:p w14:paraId="64E19416" w14:textId="77777777" w:rsidR="005C6F1C" w:rsidRDefault="00000000">
      <w:pPr>
        <w:pStyle w:val="Listapunktowana"/>
        <w:ind w:left="504"/>
      </w:pPr>
      <w:r>
        <w:t>dostrzega i kontynuuje proste rytmy,</w:t>
      </w:r>
    </w:p>
    <w:p w14:paraId="3CFB0D6C" w14:textId="77777777" w:rsidR="005C6F1C" w:rsidRDefault="00000000">
      <w:pPr>
        <w:pStyle w:val="Listapunktowana"/>
        <w:ind w:left="504"/>
      </w:pPr>
      <w:r>
        <w:t>przelicza przedmioty w przód i w tył w zakresie 20 oraz liczy dziesiątkami do 100,</w:t>
      </w:r>
    </w:p>
    <w:p w14:paraId="063EC4A0" w14:textId="77777777" w:rsidR="005C6F1C" w:rsidRDefault="00000000">
      <w:pPr>
        <w:pStyle w:val="Listapunktowana"/>
        <w:ind w:left="504"/>
      </w:pPr>
      <w:r>
        <w:t>odczytuje i zapisuje cyframi liczby w zakresie 20,</w:t>
      </w:r>
    </w:p>
    <w:p w14:paraId="3109E02E" w14:textId="77777777" w:rsidR="005C6F1C" w:rsidRDefault="00000000">
      <w:pPr>
        <w:pStyle w:val="Listapunktowana"/>
        <w:ind w:left="504"/>
      </w:pPr>
      <w:r>
        <w:t>poprawnie stosuje i interpretuje znaki &lt;, &gt;, =, +, −,</w:t>
      </w:r>
    </w:p>
    <w:p w14:paraId="62EA0513" w14:textId="77777777" w:rsidR="005C6F1C" w:rsidRDefault="00000000">
      <w:pPr>
        <w:pStyle w:val="Listapunktowana"/>
        <w:ind w:left="504"/>
      </w:pPr>
      <w:r>
        <w:t>dodaje i odejmuje w pamięci w zakresie 10 (oraz podejmuje próby obliczeń do 20),</w:t>
      </w:r>
    </w:p>
    <w:p w14:paraId="46D184DD" w14:textId="77777777" w:rsidR="005C6F1C" w:rsidRDefault="00000000">
      <w:pPr>
        <w:pStyle w:val="Listapunktowana"/>
        <w:ind w:left="504"/>
      </w:pPr>
      <w:r>
        <w:t>wie, że dodawanie i odejmowanie to działania odwrotne oraz stosuje przemienność dodawania,</w:t>
      </w:r>
    </w:p>
    <w:p w14:paraId="6EE2FFC1" w14:textId="77777777" w:rsidR="005C6F1C" w:rsidRDefault="00000000">
      <w:pPr>
        <w:pStyle w:val="Listapunktowana"/>
        <w:ind w:left="504"/>
      </w:pPr>
      <w:r>
        <w:t>uzupełnia brakującą liczbę w prostych równościach z okienkiem w zakresie 10,</w:t>
      </w:r>
    </w:p>
    <w:p w14:paraId="157A776B" w14:textId="77777777" w:rsidR="005C6F1C" w:rsidRDefault="00000000">
      <w:pPr>
        <w:pStyle w:val="Listapunktowana"/>
        <w:ind w:left="504"/>
      </w:pPr>
      <w:r>
        <w:lastRenderedPageBreak/>
        <w:t>rozwiązuje jednodziałaniowe zadania tekstowe (wspomagane ilustracją lub konkretami) i zapisuje działanie,</w:t>
      </w:r>
    </w:p>
    <w:p w14:paraId="1643F15B" w14:textId="77777777" w:rsidR="005C6F1C" w:rsidRDefault="00000000">
      <w:pPr>
        <w:pStyle w:val="Listapunktowana"/>
        <w:ind w:left="504"/>
      </w:pPr>
      <w:r>
        <w:t>mierzy długość odcinków linijką w centymetrach,</w:t>
      </w:r>
    </w:p>
    <w:p w14:paraId="478EED5A" w14:textId="77777777" w:rsidR="005C6F1C" w:rsidRDefault="00000000">
      <w:pPr>
        <w:pStyle w:val="Listapunktowana"/>
        <w:ind w:left="504"/>
      </w:pPr>
      <w:r>
        <w:t>odczytuje pełne godziny na zegarze wskazówkowym i elektronicznym,</w:t>
      </w:r>
    </w:p>
    <w:p w14:paraId="51345F80" w14:textId="77777777" w:rsidR="005C6F1C" w:rsidRDefault="00000000">
      <w:pPr>
        <w:pStyle w:val="Listapunktowana"/>
        <w:ind w:left="504"/>
      </w:pPr>
      <w:r>
        <w:t>zna dni tygodnia, pory roku oraz zapisuje bieżącą datę,</w:t>
      </w:r>
    </w:p>
    <w:p w14:paraId="6140881E" w14:textId="77777777" w:rsidR="005C6F1C" w:rsidRDefault="00000000">
      <w:pPr>
        <w:pStyle w:val="Listapunktowana"/>
        <w:ind w:left="504"/>
      </w:pPr>
      <w:r>
        <w:t>zna monety i banknoty w powszechnym obiegu, posługuje się pojęciem ceny i reszty,</w:t>
      </w:r>
    </w:p>
    <w:p w14:paraId="03B2BFD8" w14:textId="77777777" w:rsidR="005C6F1C" w:rsidRDefault="00000000">
      <w:pPr>
        <w:pStyle w:val="Listapunktowana"/>
        <w:ind w:left="504"/>
      </w:pPr>
      <w:r>
        <w:t>rozumie w praktyce pojęcie kilograma, litra oraz odczytuje temperaturę z termometru,</w:t>
      </w:r>
    </w:p>
    <w:p w14:paraId="7B7665E1" w14:textId="77777777" w:rsidR="005C6F1C" w:rsidRDefault="00000000">
      <w:pPr>
        <w:pStyle w:val="Listapunktowana"/>
        <w:ind w:left="504"/>
      </w:pPr>
      <w:r>
        <w:t>odczytuje proste informacje z tabeli lub diagramu.</w:t>
      </w:r>
    </w:p>
    <w:p w14:paraId="082F7396" w14:textId="77777777" w:rsidR="005C6F1C" w:rsidRDefault="00000000">
      <w:pPr>
        <w:keepNext/>
        <w:spacing w:before="240"/>
      </w:pPr>
      <w:r>
        <w:rPr>
          <w:b/>
          <w:sz w:val="23"/>
        </w:rPr>
        <w:t>3. Edukacja społeczna</w:t>
      </w:r>
    </w:p>
    <w:p w14:paraId="1F71E4F0" w14:textId="77777777" w:rsidR="005C6F1C" w:rsidRDefault="00000000">
      <w:pPr>
        <w:keepNext/>
        <w:spacing w:after="60"/>
      </w:pPr>
      <w:r>
        <w:t>Uczeń kończący klasę I:</w:t>
      </w:r>
    </w:p>
    <w:p w14:paraId="6F687B70" w14:textId="77777777" w:rsidR="005C6F1C" w:rsidRDefault="00000000">
      <w:pPr>
        <w:pStyle w:val="Listapunktowana"/>
        <w:ind w:left="504"/>
      </w:pPr>
      <w:r>
        <w:t>zna numer alarmowy 112, wie kogo powiadomić i jak wezwać pomoc w sytuacji zagrożenia,</w:t>
      </w:r>
    </w:p>
    <w:p w14:paraId="165476FE" w14:textId="77777777" w:rsidR="005C6F1C" w:rsidRDefault="00000000">
      <w:pPr>
        <w:pStyle w:val="Listapunktowana"/>
        <w:ind w:left="504"/>
      </w:pPr>
      <w:r>
        <w:t>bezpiecznie porusza się po drogach w roli pieszego i pasażera (zna podstawowe znaki i zasady),</w:t>
      </w:r>
    </w:p>
    <w:p w14:paraId="4165B921" w14:textId="77777777" w:rsidR="005C6F1C" w:rsidRDefault="00000000">
      <w:pPr>
        <w:pStyle w:val="Listapunktowana"/>
        <w:ind w:left="504"/>
      </w:pPr>
      <w:r>
        <w:t>rozpoznaje i nazywa podstawowe emocje u siebie i innych, stosując proste sposoby wyciszania,</w:t>
      </w:r>
    </w:p>
    <w:p w14:paraId="767BEC12" w14:textId="77777777" w:rsidR="005C6F1C" w:rsidRDefault="00000000">
      <w:pPr>
        <w:pStyle w:val="Listapunktowana"/>
        <w:ind w:left="504"/>
      </w:pPr>
      <w:r>
        <w:t>wymienia podstawowe potrzeby człowieka,</w:t>
      </w:r>
    </w:p>
    <w:p w14:paraId="0B1C5A84" w14:textId="77777777" w:rsidR="005C6F1C" w:rsidRDefault="00000000">
      <w:pPr>
        <w:pStyle w:val="Listapunktowana"/>
        <w:ind w:left="504"/>
      </w:pPr>
      <w:r>
        <w:t>wie, jak zachować się wobec obcych i kogo powiadomić w sytuacji naruszenia granic,</w:t>
      </w:r>
    </w:p>
    <w:p w14:paraId="59C923B0" w14:textId="77777777" w:rsidR="005C6F1C" w:rsidRDefault="00000000">
      <w:pPr>
        <w:pStyle w:val="Listapunktowana"/>
        <w:ind w:left="504"/>
      </w:pPr>
      <w:r>
        <w:t>asertywnie i kulturalnie komunikuje własne zdanie oraz na co dzień stosuje zwroty grzecznościowe,</w:t>
      </w:r>
    </w:p>
    <w:p w14:paraId="146AF773" w14:textId="77777777" w:rsidR="005C6F1C" w:rsidRDefault="00000000">
      <w:pPr>
        <w:pStyle w:val="Listapunktowana"/>
        <w:ind w:left="504"/>
      </w:pPr>
      <w:r>
        <w:t>współtworzy i przestrzega norm regulaminu klasowego oraz pełni obowiązki dyżurnego,</w:t>
      </w:r>
    </w:p>
    <w:p w14:paraId="66A3A874" w14:textId="77777777" w:rsidR="005C6F1C" w:rsidRDefault="00000000">
      <w:pPr>
        <w:pStyle w:val="Listapunktowana"/>
        <w:ind w:left="504"/>
      </w:pPr>
      <w:r>
        <w:t>zgodnie współpracuje w parach i małych zespołach,</w:t>
      </w:r>
    </w:p>
    <w:p w14:paraId="2F825464" w14:textId="77777777" w:rsidR="005C6F1C" w:rsidRDefault="00000000">
      <w:pPr>
        <w:pStyle w:val="Listapunktowana"/>
        <w:ind w:left="504"/>
      </w:pPr>
      <w:r>
        <w:t>rozwiązuje drobne spory drogą rozmowy, bez agresji,</w:t>
      </w:r>
    </w:p>
    <w:p w14:paraId="35EC4989" w14:textId="77777777" w:rsidR="005C6F1C" w:rsidRDefault="00000000">
      <w:pPr>
        <w:pStyle w:val="Listapunktowana"/>
        <w:ind w:left="504"/>
      </w:pPr>
      <w:r>
        <w:t>wykazuje empatię i gotowość do pomocy osobom z niepełnosprawnościami,</w:t>
      </w:r>
    </w:p>
    <w:p w14:paraId="44CDD201" w14:textId="77777777" w:rsidR="005C6F1C" w:rsidRDefault="00000000">
      <w:pPr>
        <w:pStyle w:val="Listapunktowana"/>
        <w:ind w:left="504"/>
      </w:pPr>
      <w:r>
        <w:t>zna podstawowe Prawa Dziecka oraz obowiązki ucznia,</w:t>
      </w:r>
    </w:p>
    <w:p w14:paraId="26FE43E9" w14:textId="77777777" w:rsidR="005C6F1C" w:rsidRDefault="00000000">
      <w:pPr>
        <w:pStyle w:val="Listapunktowana"/>
        <w:ind w:left="504"/>
      </w:pPr>
      <w:r>
        <w:t>zna symbole narodowe (godło, flaga, hymn) i przyjmuje godną postawę podczas uroczystości,</w:t>
      </w:r>
    </w:p>
    <w:p w14:paraId="0380096E" w14:textId="77777777" w:rsidR="005C6F1C" w:rsidRDefault="00000000">
      <w:pPr>
        <w:pStyle w:val="Listapunktowana"/>
        <w:ind w:left="504"/>
      </w:pPr>
      <w:r>
        <w:t>wie, że stolicą Polski jest Warszawa, a rzeką Wisła,</w:t>
      </w:r>
    </w:p>
    <w:p w14:paraId="61F674E2" w14:textId="77777777" w:rsidR="005C6F1C" w:rsidRDefault="00000000">
      <w:pPr>
        <w:pStyle w:val="Listapunktowana"/>
        <w:ind w:left="504"/>
      </w:pPr>
      <w:r>
        <w:t>zna tradycje świąteczne w rodzinie i w kraju oraz poznaje tradycje innych kultur,</w:t>
      </w:r>
    </w:p>
    <w:p w14:paraId="46EEFD95" w14:textId="77777777" w:rsidR="005C6F1C" w:rsidRDefault="00000000">
      <w:pPr>
        <w:pStyle w:val="Listapunktowana"/>
        <w:ind w:left="504"/>
      </w:pPr>
      <w:r>
        <w:t>charakteryzuje popularne zawody i ich znaczenie dla społeczeństwa.</w:t>
      </w:r>
    </w:p>
    <w:p w14:paraId="59832427" w14:textId="77777777" w:rsidR="005C6F1C" w:rsidRDefault="00000000">
      <w:pPr>
        <w:keepNext/>
        <w:spacing w:before="240"/>
      </w:pPr>
      <w:r>
        <w:rPr>
          <w:b/>
          <w:sz w:val="23"/>
        </w:rPr>
        <w:t>4. Edukacja przyrodnicza</w:t>
      </w:r>
    </w:p>
    <w:p w14:paraId="170EE302" w14:textId="77777777" w:rsidR="005C6F1C" w:rsidRDefault="00000000">
      <w:pPr>
        <w:keepNext/>
        <w:spacing w:after="60"/>
      </w:pPr>
      <w:r>
        <w:t>Uczeń kończący klasę I:</w:t>
      </w:r>
    </w:p>
    <w:p w14:paraId="31277A5A" w14:textId="77777777" w:rsidR="005C6F1C" w:rsidRDefault="00000000">
      <w:pPr>
        <w:pStyle w:val="Listapunktowana"/>
        <w:ind w:left="504"/>
      </w:pPr>
      <w:r>
        <w:t>prowadzi proste obserwacje i doświadczenia przyrodnicze (woda, powietrze, rośliny) i wyciąga wnioski,</w:t>
      </w:r>
    </w:p>
    <w:p w14:paraId="528D9221" w14:textId="77777777" w:rsidR="005C6F1C" w:rsidRDefault="00000000">
      <w:pPr>
        <w:pStyle w:val="Listapunktowana"/>
        <w:ind w:left="504"/>
      </w:pPr>
      <w:r>
        <w:t>bada właściwości materiałów i wymienia trzy stany skupienia wody,</w:t>
      </w:r>
    </w:p>
    <w:p w14:paraId="1C2BE81D" w14:textId="77777777" w:rsidR="005C6F1C" w:rsidRDefault="00000000">
      <w:pPr>
        <w:pStyle w:val="Listapunktowana"/>
        <w:ind w:left="504"/>
      </w:pPr>
      <w:r>
        <w:t>wie, czym jest zjawisko tęczy oraz posiada wiedzę o Ziemi w Układzie Słonecznym,</w:t>
      </w:r>
    </w:p>
    <w:p w14:paraId="5B745821" w14:textId="77777777" w:rsidR="005C6F1C" w:rsidRDefault="00000000">
      <w:pPr>
        <w:pStyle w:val="Listapunktowana"/>
        <w:ind w:left="504"/>
      </w:pPr>
      <w:r>
        <w:t>rozpoznaje wybrane rośliny i zwierzęta żyjące w różnych środowiskach,</w:t>
      </w:r>
    </w:p>
    <w:p w14:paraId="1965E1A7" w14:textId="77777777" w:rsidR="005C6F1C" w:rsidRDefault="00000000">
      <w:pPr>
        <w:pStyle w:val="Listapunktowana"/>
        <w:ind w:left="504"/>
      </w:pPr>
      <w:r>
        <w:t>rozróżnia popularne warzywa i owoce oraz wie, czego roślina potrzebuje do życia,</w:t>
      </w:r>
    </w:p>
    <w:p w14:paraId="748E7A36" w14:textId="77777777" w:rsidR="005C6F1C" w:rsidRDefault="00000000">
      <w:pPr>
        <w:pStyle w:val="Listapunktowana"/>
        <w:ind w:left="504"/>
      </w:pPr>
      <w:r>
        <w:t>rozróżnia zwierzęta domowe i hodowlane oraz zna obowiązki opiekuna zwierząt,</w:t>
      </w:r>
    </w:p>
    <w:p w14:paraId="18F372D0" w14:textId="77777777" w:rsidR="005C6F1C" w:rsidRDefault="00000000">
      <w:pPr>
        <w:pStyle w:val="Listapunktowana"/>
        <w:ind w:left="504"/>
      </w:pPr>
      <w:r>
        <w:t>wymienia cechy ssaków oraz opisuje prosty cykl rozwojowy (np. żaby),</w:t>
      </w:r>
    </w:p>
    <w:p w14:paraId="4E885F84" w14:textId="77777777" w:rsidR="005C6F1C" w:rsidRDefault="00000000">
      <w:pPr>
        <w:pStyle w:val="Listapunktowana"/>
        <w:ind w:left="504"/>
      </w:pPr>
      <w:r>
        <w:t>obserwuje rytm przyrody: rozpoznaje pory roku, ich zwiastuny i prowadzi kalendarz pogody,</w:t>
      </w:r>
    </w:p>
    <w:p w14:paraId="60C52F81" w14:textId="77777777" w:rsidR="005C6F1C" w:rsidRDefault="00000000">
      <w:pPr>
        <w:pStyle w:val="Listapunktowana"/>
        <w:ind w:left="504"/>
      </w:pPr>
      <w:r>
        <w:t>odczytuje symbole na mapie pogody i dostosowuje ubiór do panujących warunków,</w:t>
      </w:r>
    </w:p>
    <w:p w14:paraId="07BC5EEE" w14:textId="77777777" w:rsidR="005C6F1C" w:rsidRDefault="00000000">
      <w:pPr>
        <w:pStyle w:val="Listapunktowana"/>
        <w:ind w:left="504"/>
      </w:pPr>
      <w:r>
        <w:t>zna zagrożenia dla środowiska ze strony człowieka i praktykuje nawyki ekologiczne (segregacja, oszczędzanie wody i energii),</w:t>
      </w:r>
    </w:p>
    <w:p w14:paraId="609275A0" w14:textId="77777777" w:rsidR="005C6F1C" w:rsidRDefault="00000000">
      <w:pPr>
        <w:pStyle w:val="Listapunktowana"/>
        <w:ind w:left="504"/>
      </w:pPr>
      <w:r>
        <w:t>zna zasady dokarmiania ptaków zimą i chroni przyrodę,</w:t>
      </w:r>
    </w:p>
    <w:p w14:paraId="6DB7588F" w14:textId="77777777" w:rsidR="005C6F1C" w:rsidRDefault="00000000">
      <w:pPr>
        <w:pStyle w:val="Listapunktowana"/>
        <w:ind w:left="504"/>
      </w:pPr>
      <w:r>
        <w:t>nazywa podstawowe części ciała i narządy człowieka,</w:t>
      </w:r>
    </w:p>
    <w:p w14:paraId="2DCD5332" w14:textId="77777777" w:rsidR="005C6F1C" w:rsidRDefault="00000000">
      <w:pPr>
        <w:pStyle w:val="Listapunktowana"/>
        <w:ind w:left="504"/>
      </w:pPr>
      <w:r>
        <w:t>zna i stosuje zasady zdrowego odżywiania, higieny osobistej oraz snu,</w:t>
      </w:r>
    </w:p>
    <w:p w14:paraId="38FD78B6" w14:textId="77777777" w:rsidR="005C6F1C" w:rsidRDefault="00000000">
      <w:pPr>
        <w:pStyle w:val="Listapunktowana"/>
        <w:ind w:left="504"/>
      </w:pPr>
      <w:r>
        <w:t>wie, że nie może samodzielnie zażywać leków, dotykać środków chemicznych ani nieznanych roślin.</w:t>
      </w:r>
    </w:p>
    <w:p w14:paraId="6F0CA5E5" w14:textId="77777777" w:rsidR="005C6F1C" w:rsidRDefault="00000000">
      <w:pPr>
        <w:keepNext/>
        <w:spacing w:before="240"/>
      </w:pPr>
      <w:r>
        <w:rPr>
          <w:b/>
          <w:sz w:val="23"/>
        </w:rPr>
        <w:lastRenderedPageBreak/>
        <w:t>5. Edukacja techniczna i informatyczna</w:t>
      </w:r>
    </w:p>
    <w:p w14:paraId="534542D8" w14:textId="77777777" w:rsidR="005C6F1C" w:rsidRDefault="00000000">
      <w:pPr>
        <w:keepNext/>
        <w:spacing w:after="60"/>
      </w:pPr>
      <w:r>
        <w:t>Uczeń kończący klasę I:</w:t>
      </w:r>
    </w:p>
    <w:p w14:paraId="23222DAA" w14:textId="77777777" w:rsidR="005C6F1C" w:rsidRDefault="00000000">
      <w:pPr>
        <w:pStyle w:val="Listapunktowana"/>
        <w:ind w:left="504"/>
      </w:pPr>
      <w:r>
        <w:t>bezpiecznie posługuje się nożyczkami, klejem, linijką i prostymi narzędziami,</w:t>
      </w:r>
    </w:p>
    <w:p w14:paraId="713E9A63" w14:textId="77777777" w:rsidR="005C6F1C" w:rsidRDefault="00000000">
      <w:pPr>
        <w:pStyle w:val="Listapunktowana"/>
        <w:ind w:left="504"/>
      </w:pPr>
      <w:r>
        <w:t>planuje etapy pracy i wykonuje proste przedmioty z papieru, kartonu lub surowców wtórnych,</w:t>
      </w:r>
    </w:p>
    <w:p w14:paraId="09B5BAAF" w14:textId="77777777" w:rsidR="005C6F1C" w:rsidRDefault="00000000">
      <w:pPr>
        <w:pStyle w:val="Listapunktowana"/>
        <w:ind w:left="504"/>
      </w:pPr>
      <w:r>
        <w:t>utrzymuje porządek na stanowisku pracy,</w:t>
      </w:r>
    </w:p>
    <w:p w14:paraId="1BC782A6" w14:textId="77777777" w:rsidR="005C6F1C" w:rsidRDefault="00000000">
      <w:pPr>
        <w:pStyle w:val="Listapunktowana"/>
        <w:ind w:left="504"/>
      </w:pPr>
      <w:r>
        <w:t>bezpiecznie uruchamia i wyłącza urządzenie cyfrowe, posługuje się myszą, klawiaturą lub ekranem dotykowym,</w:t>
      </w:r>
    </w:p>
    <w:p w14:paraId="4FEBE130" w14:textId="77777777" w:rsidR="005C6F1C" w:rsidRDefault="00000000">
      <w:pPr>
        <w:pStyle w:val="Listapunktowana"/>
        <w:ind w:left="504"/>
      </w:pPr>
      <w:r>
        <w:t>przestrzega zasad bezpiecznego zachowania w pracowni komputerowej,</w:t>
      </w:r>
    </w:p>
    <w:p w14:paraId="272AC1D6" w14:textId="77777777" w:rsidR="005C6F1C" w:rsidRDefault="00000000">
      <w:pPr>
        <w:pStyle w:val="Listapunktowana"/>
        <w:ind w:left="504"/>
      </w:pPr>
      <w:r>
        <w:t>uruchamia programy edukacyjne oraz tworzy proste rysunki w programie graficznym i zapisuje je,</w:t>
      </w:r>
    </w:p>
    <w:p w14:paraId="2E5AE897" w14:textId="77777777" w:rsidR="005C6F1C" w:rsidRDefault="00000000">
      <w:pPr>
        <w:pStyle w:val="Listapunktowana"/>
        <w:ind w:left="504"/>
      </w:pPr>
      <w:r>
        <w:t>tworzy proste sekwencje poleceń i algorytmy bezekranowe oraz w środowisku programowania blokowego,</w:t>
      </w:r>
    </w:p>
    <w:p w14:paraId="7099A505" w14:textId="77777777" w:rsidR="005C6F1C" w:rsidRDefault="00000000">
      <w:pPr>
        <w:pStyle w:val="Listapunktowana"/>
        <w:ind w:left="504"/>
      </w:pPr>
      <w:r>
        <w:t>zna zasady higieny cyfrowej (kontrola czasu przed ekranem, dbałość o wzrok i postawę ciała),</w:t>
      </w:r>
    </w:p>
    <w:p w14:paraId="515CAB8C" w14:textId="77777777" w:rsidR="005C6F1C" w:rsidRDefault="00000000">
      <w:pPr>
        <w:pStyle w:val="Listapunktowana"/>
        <w:ind w:left="504"/>
      </w:pPr>
      <w:r>
        <w:t>dba o bezpieczeństwo w sieci i zgłasza dorosłym treści niepokojące.</w:t>
      </w:r>
    </w:p>
    <w:p w14:paraId="6B2E0814" w14:textId="77777777" w:rsidR="005C6F1C" w:rsidRDefault="00000000">
      <w:pPr>
        <w:keepNext/>
        <w:spacing w:before="240"/>
      </w:pPr>
      <w:r>
        <w:rPr>
          <w:b/>
          <w:sz w:val="23"/>
        </w:rPr>
        <w:t>6. Edukacja artystyczna – plastyka i muzyka</w:t>
      </w:r>
    </w:p>
    <w:p w14:paraId="5FF8C885" w14:textId="77777777" w:rsidR="005C6F1C" w:rsidRDefault="00000000">
      <w:pPr>
        <w:keepNext/>
        <w:spacing w:after="60"/>
      </w:pPr>
      <w:r>
        <w:t>Uczeń kończący klasę I:</w:t>
      </w:r>
    </w:p>
    <w:p w14:paraId="66318DD3" w14:textId="77777777" w:rsidR="005C6F1C" w:rsidRDefault="00000000">
      <w:pPr>
        <w:keepNext/>
        <w:spacing w:before="100"/>
        <w:ind w:left="288"/>
      </w:pPr>
      <w:r>
        <w:rPr>
          <w:b/>
        </w:rPr>
        <w:t>W części plastycznej:</w:t>
      </w:r>
    </w:p>
    <w:p w14:paraId="161ACCFE" w14:textId="77777777" w:rsidR="005C6F1C" w:rsidRDefault="00000000">
      <w:pPr>
        <w:pStyle w:val="Listapunktowana"/>
        <w:ind w:left="504"/>
      </w:pPr>
      <w:r>
        <w:t>wykonuje prace plastyczne w różnych technikach (kredki, farby, wydzieranka, lepienie z plasteliny),</w:t>
      </w:r>
    </w:p>
    <w:p w14:paraId="1D36F0FC" w14:textId="77777777" w:rsidR="005C6F1C" w:rsidRDefault="00000000">
      <w:pPr>
        <w:pStyle w:val="Listapunktowana"/>
        <w:ind w:left="504"/>
      </w:pPr>
      <w:r>
        <w:t>posługuje się plamą i linią, rozróżnia barwy podstawowe i pochodne,</w:t>
      </w:r>
    </w:p>
    <w:p w14:paraId="5FC7BCAD" w14:textId="77777777" w:rsidR="005C6F1C" w:rsidRDefault="00000000">
      <w:pPr>
        <w:pStyle w:val="Listapunktowana"/>
        <w:ind w:left="504"/>
      </w:pPr>
      <w:r>
        <w:t>tworzy kompozycje inspirowane otoczeniem, przeżyciami lub wysłuchanym tekstem,</w:t>
      </w:r>
    </w:p>
    <w:p w14:paraId="0C9E1D7B" w14:textId="77777777" w:rsidR="005C6F1C" w:rsidRDefault="00000000">
      <w:pPr>
        <w:pStyle w:val="Listapunktowana"/>
        <w:ind w:left="504"/>
      </w:pPr>
      <w:r>
        <w:t>wypowiada się prostymi zdaniami na temat oglądanego dzieła sztuki lub plakatu,</w:t>
      </w:r>
    </w:p>
    <w:p w14:paraId="28DDA8FD" w14:textId="77777777" w:rsidR="005C6F1C" w:rsidRDefault="00000000">
      <w:pPr>
        <w:pStyle w:val="Listapunktowana"/>
        <w:ind w:left="504"/>
      </w:pPr>
      <w:r>
        <w:t>rozróżnia podstawowe dziedziny sztuki: malarstwo, rzeźbę, architekturę,</w:t>
      </w:r>
    </w:p>
    <w:p w14:paraId="5AA8B951" w14:textId="77777777" w:rsidR="005C6F1C" w:rsidRDefault="00000000">
      <w:pPr>
        <w:pStyle w:val="Listapunktowana"/>
        <w:ind w:left="504"/>
      </w:pPr>
      <w:r>
        <w:t>dba o porządek na stanowisku pracy i bezpiecznie posługuje się przyborami.</w:t>
      </w:r>
    </w:p>
    <w:p w14:paraId="15DA363D" w14:textId="77777777" w:rsidR="005C6F1C" w:rsidRDefault="00000000">
      <w:pPr>
        <w:keepNext/>
        <w:spacing w:before="100"/>
        <w:ind w:left="288"/>
      </w:pPr>
      <w:r>
        <w:rPr>
          <w:b/>
        </w:rPr>
        <w:t>W części muzycznej:</w:t>
      </w:r>
    </w:p>
    <w:p w14:paraId="6F5F8585" w14:textId="77777777" w:rsidR="005C6F1C" w:rsidRDefault="00000000">
      <w:pPr>
        <w:pStyle w:val="Listapunktowana"/>
        <w:ind w:left="504"/>
      </w:pPr>
      <w:r>
        <w:t>słucha dźwięków otoczenia i wyróżnia ich cechy (wysokie – niskie, ciche – głośne),</w:t>
      </w:r>
    </w:p>
    <w:p w14:paraId="3E922478" w14:textId="77777777" w:rsidR="005C6F1C" w:rsidRDefault="00000000">
      <w:pPr>
        <w:pStyle w:val="Listapunktowana"/>
        <w:ind w:left="504"/>
      </w:pPr>
      <w:r>
        <w:t>śpiewa czysto z pamięci piosenki dziecięce oraz zwrotkę hymnu narodowego,</w:t>
      </w:r>
    </w:p>
    <w:p w14:paraId="078DF1D4" w14:textId="77777777" w:rsidR="005C6F1C" w:rsidRDefault="00000000">
      <w:pPr>
        <w:pStyle w:val="Listapunktowana"/>
        <w:ind w:left="504"/>
      </w:pPr>
      <w:r>
        <w:t>odtwarza i tworzy proste rytmy głosem, gestami lub na instrumentach perkusyjnych,</w:t>
      </w:r>
    </w:p>
    <w:p w14:paraId="6B830A82" w14:textId="77777777" w:rsidR="005C6F1C" w:rsidRDefault="00000000">
      <w:pPr>
        <w:pStyle w:val="Listapunktowana"/>
        <w:ind w:left="504"/>
      </w:pPr>
      <w:r>
        <w:t>reaguje ruchem ciała na zmiany tempa i dynamiki muzyki oraz odtwarza proste kroki taneczne (marsz, polka),</w:t>
      </w:r>
    </w:p>
    <w:p w14:paraId="1D371BC8" w14:textId="77777777" w:rsidR="005C6F1C" w:rsidRDefault="00000000">
      <w:pPr>
        <w:pStyle w:val="Listapunktowana"/>
        <w:ind w:left="504"/>
      </w:pPr>
      <w:r>
        <w:t>rozpoznaje wybrane instrumenty perkusyjne oraz strunowe po wyglądzie i brzmieniu,</w:t>
      </w:r>
    </w:p>
    <w:p w14:paraId="6631998D" w14:textId="77777777" w:rsidR="005C6F1C" w:rsidRDefault="00000000">
      <w:pPr>
        <w:pStyle w:val="Listapunktowana"/>
        <w:ind w:left="504"/>
      </w:pPr>
      <w:r>
        <w:t>wie, że muzykę można zapisać za pomocą symboli i nut, oraz kulturalnie zachowuje się podczas uroczystości.</w:t>
      </w:r>
    </w:p>
    <w:p w14:paraId="17DCA485" w14:textId="77777777" w:rsidR="005C6F1C" w:rsidRDefault="00000000">
      <w:pPr>
        <w:keepNext/>
        <w:spacing w:before="240"/>
      </w:pPr>
      <w:r>
        <w:rPr>
          <w:b/>
          <w:sz w:val="23"/>
        </w:rPr>
        <w:t>7. Język obcy nowożytny</w:t>
      </w:r>
    </w:p>
    <w:p w14:paraId="06A0442F" w14:textId="77777777" w:rsidR="005C6F1C" w:rsidRDefault="00000000">
      <w:pPr>
        <w:keepNext/>
        <w:spacing w:after="60"/>
      </w:pPr>
      <w:r>
        <w:t>Uczeń kończący klasę I:</w:t>
      </w:r>
    </w:p>
    <w:p w14:paraId="4D646596" w14:textId="77777777" w:rsidR="005C6F1C" w:rsidRDefault="00000000">
      <w:pPr>
        <w:pStyle w:val="Listapunktowana"/>
        <w:ind w:left="504"/>
      </w:pPr>
      <w:r>
        <w:t>rozumie proste polecenia nauczyciela wspierane gestem i właściwie na nie reaguje,</w:t>
      </w:r>
    </w:p>
    <w:p w14:paraId="1F9A1345" w14:textId="77777777" w:rsidR="005C6F1C" w:rsidRDefault="00000000">
      <w:pPr>
        <w:pStyle w:val="Listapunktowana"/>
        <w:ind w:left="504"/>
      </w:pPr>
      <w:r>
        <w:t>nazywa obiekty w najbliższym otoczeniu (kolory, liczby 1–10, rodzina, zwierzęta, przybory szkolne, zabawki),</w:t>
      </w:r>
    </w:p>
    <w:p w14:paraId="74E2077E" w14:textId="77777777" w:rsidR="005C6F1C" w:rsidRDefault="00000000">
      <w:pPr>
        <w:pStyle w:val="Listapunktowana"/>
        <w:ind w:left="504"/>
      </w:pPr>
      <w:r>
        <w:t>recytuje z pamięci proste wierszyki i rymowanki oraz śpiewa piosenki dziecięce,</w:t>
      </w:r>
    </w:p>
    <w:p w14:paraId="1E466D47" w14:textId="77777777" w:rsidR="005C6F1C" w:rsidRDefault="00000000">
      <w:pPr>
        <w:pStyle w:val="Listapunktowana"/>
        <w:ind w:left="504"/>
      </w:pPr>
      <w:r>
        <w:t>rozumie ogólny sens prostych wypowiedzi i historyjek popartych materiałem obrazkowym,</w:t>
      </w:r>
    </w:p>
    <w:p w14:paraId="0EDB040E" w14:textId="77777777" w:rsidR="005C6F1C" w:rsidRDefault="00000000">
      <w:pPr>
        <w:pStyle w:val="Listapunktowana"/>
        <w:ind w:left="504"/>
      </w:pPr>
      <w:r>
        <w:t>stosuje podstawowe zwroty grzecznościowe (powitanie, pożegnanie, podziękowanie, prośba).</w:t>
      </w:r>
    </w:p>
    <w:p w14:paraId="69D9DC89" w14:textId="53202BD1" w:rsidR="005C6F1C" w:rsidRDefault="005C6F1C" w:rsidP="00B50C5F">
      <w:pPr>
        <w:pStyle w:val="Listapunktowana"/>
        <w:numPr>
          <w:ilvl w:val="0"/>
          <w:numId w:val="0"/>
        </w:numPr>
        <w:ind w:left="144"/>
      </w:pPr>
    </w:p>
    <w:sectPr w:rsidR="005C6F1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27872753">
    <w:abstractNumId w:val="8"/>
  </w:num>
  <w:num w:numId="2" w16cid:durableId="1328023707">
    <w:abstractNumId w:val="6"/>
  </w:num>
  <w:num w:numId="3" w16cid:durableId="703529697">
    <w:abstractNumId w:val="5"/>
  </w:num>
  <w:num w:numId="4" w16cid:durableId="1947076159">
    <w:abstractNumId w:val="4"/>
  </w:num>
  <w:num w:numId="5" w16cid:durableId="1175076574">
    <w:abstractNumId w:val="7"/>
  </w:num>
  <w:num w:numId="6" w16cid:durableId="529033093">
    <w:abstractNumId w:val="3"/>
  </w:num>
  <w:num w:numId="7" w16cid:durableId="411926034">
    <w:abstractNumId w:val="2"/>
  </w:num>
  <w:num w:numId="8" w16cid:durableId="573394888">
    <w:abstractNumId w:val="1"/>
  </w:num>
  <w:num w:numId="9" w16cid:durableId="351881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5601B"/>
    <w:rsid w:val="005C6F1C"/>
    <w:rsid w:val="00AA1D8D"/>
    <w:rsid w:val="00B47730"/>
    <w:rsid w:val="00B50C5F"/>
    <w:rsid w:val="00B70AC3"/>
    <w:rsid w:val="00CB0664"/>
    <w:rsid w:val="00FC693F"/>
    <w:rsid w:val="00FD4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59CA19"/>
  <w14:defaultImageDpi w14:val="300"/>
  <w15:docId w15:val="{4457466F-9EF1-469B-80D2-E09450A9A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40"/>
    </w:pPr>
    <w:rPr>
      <w:rFonts w:ascii="Times New Roman" w:hAnsi="Times New Roman"/>
      <w:color w:val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1103</Words>
  <Characters>6622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7710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Adriana Hałuszczak</cp:lastModifiedBy>
  <cp:revision>3</cp:revision>
  <dcterms:created xsi:type="dcterms:W3CDTF">2026-09-10T11:36:00Z</dcterms:created>
  <dcterms:modified xsi:type="dcterms:W3CDTF">2026-09-15T12:52:00Z</dcterms:modified>
  <cp:category/>
</cp:coreProperties>
</file>